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Обмен криптовалюты без потерь</w:t>
      </w:r>
    </w:p>
    <w:p>
      <w:pPr>
        <w:pStyle w:val="Heading3"/>
      </w:pPr>
      <w:r>
        <w:t>Практический гид по обмену через мониторинг обменников</w:t>
      </w:r>
    </w:p>
    <w:p>
      <w:r>
        <w:rPr>
          <w:b/>
        </w:rPr>
        <w:t>Автор: Семенцул Максим</w:t>
      </w:r>
    </w:p>
    <w:p>
      <w:r>
        <w:rPr>
          <w:i/>
        </w:rPr>
        <w:t>Проект RateScout</w:t>
      </w:r>
    </w:p>
    <w:p>
      <w:r>
        <w:t xml:space="preserve">Возрастная категория: </w:t>
      </w:r>
      <w:r>
        <w:rPr>
          <w:b/>
        </w:rPr>
        <w:t>18+</w:t>
      </w:r>
    </w:p>
    <w:p>
      <w:pPr>
        <w:pStyle w:val="Heading2"/>
      </w:pPr>
      <w:r>
        <w:t>Важная информация (дисклеймер)</w:t>
      </w:r>
    </w:p>
    <w:p>
      <w:r>
        <w:t xml:space="preserve">Эта книга носит </w:t>
      </w:r>
      <w:r>
        <w:rPr>
          <w:b/>
        </w:rPr>
        <w:t>исключительно образовательный и справочный характер</w:t>
      </w:r>
      <w:r>
        <w:t xml:space="preserve">. Она </w:t>
      </w:r>
      <w:r>
        <w:rPr>
          <w:b/>
        </w:rPr>
        <w:t>не является</w:t>
      </w:r>
      <w:r>
        <w:t>:</w:t>
      </w:r>
    </w:p>
    <w:p>
      <w:pPr>
        <w:pStyle w:val="ListBullet"/>
      </w:pPr>
      <w:r>
        <w:t>индивидуальной инвестиционной, финансовой, налоговой или юридической рекомендацией;</w:t>
      </w:r>
    </w:p>
    <w:p>
      <w:pPr>
        <w:pStyle w:val="ListBullet"/>
      </w:pPr>
      <w:r>
        <w:t>предложением (офертой), призывом или советом покупать, продавать, обменивать или хранить какие-либо активы, включая криптовалюты;</w:t>
      </w:r>
    </w:p>
    <w:p>
      <w:pPr>
        <w:pStyle w:val="ListBullet"/>
      </w:pPr>
      <w:r>
        <w:t>гарантией какого-либо результата, дохода или прибыли.</w:t>
      </w:r>
    </w:p>
    <w:p>
      <w:r>
        <w:t xml:space="preserve">Любые решения о работе с криптовалютами и денежными средствами вы принимаете </w:t>
      </w:r>
      <w:r>
        <w:rPr>
          <w:b/>
        </w:rPr>
        <w:t>самостоятельно и на свой риск</w:t>
      </w:r>
      <w:r>
        <w:t>. Операции с криптовалютами связаны с риском полной или частичной потери средств, техническими рисками, риском мошенничества и волатильности курсов.</w:t>
      </w:r>
    </w:p>
    <w:p>
      <w:r>
        <w:rPr>
          <w:b/>
        </w:rPr>
        <w:t>Правовой статус криптовалют различается в разных странах и со временем меняется.</w:t>
      </w:r>
      <w:r>
        <w:t xml:space="preserve"> В одних юрисдикциях отдельные операции ограничены или запрещены, в других — регулируются специальными правилами (например, требованиями по идентификации, налогообложению, лицензированию). </w:t>
      </w:r>
      <w:r>
        <w:rPr>
          <w:b/>
        </w:rPr>
        <w:t>Читатель обязан самостоятельно убедиться, что его действия соответствуют законодательству страны его резидентства и места совершения операций.</w:t>
      </w:r>
      <w:r>
        <w:t xml:space="preserve"> Автор и издатель не несут ответственности за нарушение читателем применимого права.</w:t>
      </w:r>
    </w:p>
    <w:p>
      <w:r>
        <w:t xml:space="preserve">Приведённые примеры курсов, комиссий, названий сервисов и числовых данных даны для иллюстрации и </w:t>
      </w:r>
      <w:r>
        <w:rPr>
          <w:b/>
        </w:rPr>
        <w:t>могут не совпадать с актуальными</w:t>
      </w:r>
      <w:r>
        <w:t>. Информация приведена по состоянию на момент подготовки текста и может устареть.</w:t>
      </w:r>
    </w:p>
    <w:p>
      <w:r>
        <w:t>Упоминаемые в книге наименования сервисов, сетей и продуктов являются товарными знаками их правообладателей и используются исключительно в справочных и описательных целях; книга не аффилирована с ними и не выражает их позицию.</w:t>
      </w:r>
    </w:p>
    <w:p>
      <w:r>
        <w:t xml:space="preserve">Материал предназначен для лиц </w:t>
      </w:r>
      <w:r>
        <w:rPr>
          <w:b/>
        </w:rPr>
        <w:t>старше 18 лет</w:t>
      </w:r>
      <w:r>
        <w:t>.</w:t>
      </w:r>
    </w:p>
    <w:p>
      <w:r>
        <w:t>Если вам требуется индивидуальная консультация — обратитесь к лицензированному специалисту (финансовому, налоговому или юридическому) в вашей юрисдикции.</w:t>
      </w:r>
    </w:p>
    <w:p>
      <w:pPr>
        <w:pStyle w:val="Heading2"/>
      </w:pPr>
      <w:r>
        <w:t>Об этой книге</w:t>
      </w:r>
    </w:p>
    <w:p>
      <w:r>
        <w:t>Мир обмена криптовалюты кажется сложным только на входе. На деле большинство потерь новичков — это не «обвал рынка», а простые, повторяющиеся ошибки: выбрали невыгодный курс, отправили монету не в ту сеть, не проверили обменник, поверили «слишком хорошему» предложению.</w:t>
      </w:r>
    </w:p>
    <w:p>
      <w:r>
        <w:t xml:space="preserve">Эта книга — про то, как </w:t>
      </w:r>
      <w:r>
        <w:rPr>
          <w:b/>
        </w:rPr>
        <w:t>не терять деньги на ровном месте</w:t>
      </w:r>
      <w:r>
        <w:t>. Без хайпа, обещаний богатства и трейдерских стратегий. Только практика: как устроен обмен, как читать курс, как выбирать надёжный сервис, где прячутся комиссии и как отличить честный обменник от ловушки.</w:t>
      </w:r>
    </w:p>
    <w:p>
      <w:r>
        <w:t xml:space="preserve">Книга подготовлена автором в рамках проекта </w:t>
      </w:r>
      <w:r>
        <w:rPr>
          <w:b/>
        </w:rPr>
        <w:t>RateScout</w:t>
      </w:r>
      <w:r>
        <w:t xml:space="preserve"> — сервиса по мониторингу курсов обмена. Она построена на ежедневном наблюдении за рынком: за тем, на чём чаще всего теряют новички, и за тем, что реально помогает этого избежать. Никакой рекламы и ссылок в основной части — сначала знания; практические ресурсы и адреса собраны в заключительном разделе.</w:t>
      </w:r>
    </w:p>
    <w:p>
      <w:r>
        <w:rPr>
          <w:b/>
        </w:rPr>
        <w:t>Как читать:</w:t>
      </w:r>
      <w:r>
        <w:t xml:space="preserve"> главы идут от простого к сложному. Если вы совсем новичок — читайте подряд. Если уже что-то умеете — берите нужную главу; каждая самодостаточна, а в конце есть словарь терминов и чек-листы.</w:t>
      </w:r>
    </w:p>
    <w:p>
      <w:pPr>
        <w:pStyle w:val="Heading2"/>
      </w:pPr>
      <w:r>
        <w:t>Содержание</w:t>
      </w:r>
    </w:p>
    <w:p>
      <w:pPr>
        <w:pStyle w:val="ListNumber"/>
      </w:pPr>
      <w:r>
        <w:t>Что такое обмен криптовалюты и зачем нужен мониторинг обменников</w:t>
      </w:r>
    </w:p>
    <w:p>
      <w:pPr>
        <w:pStyle w:val="ListNumber"/>
      </w:pPr>
      <w:r>
        <w:t>Как читать курс: спред, резерв, рейтинг и отзывы</w:t>
      </w:r>
    </w:p>
    <w:p>
      <w:pPr>
        <w:pStyle w:val="ListNumber"/>
      </w:pPr>
      <w:r>
        <w:t>Сети и комиссии: TRC20, ERC20, BEP20, TON — где дешевле и почему</w:t>
      </w:r>
    </w:p>
    <w:p>
      <w:pPr>
        <w:pStyle w:val="ListNumber"/>
      </w:pPr>
      <w:r>
        <w:t>Стейблкоины (USDT, USDC): зачем они в обмене и что такое депег</w:t>
      </w:r>
    </w:p>
    <w:p>
      <w:pPr>
        <w:pStyle w:val="ListNumber"/>
      </w:pPr>
      <w:r>
        <w:t>Как выбрать надёжный обменник и не попасть на мошенников</w:t>
      </w:r>
    </w:p>
    <w:p>
      <w:pPr>
        <w:pStyle w:val="ListNumber"/>
      </w:pPr>
      <w:r>
        <w:t>AML-проверка адреса: что это и когда она действительно важна</w:t>
      </w:r>
    </w:p>
    <w:p>
      <w:pPr>
        <w:pStyle w:val="ListNumber"/>
      </w:pPr>
      <w:r>
        <w:t>Частые ошибки новичков и как их избежать</w:t>
      </w:r>
    </w:p>
    <w:p>
      <w:pPr>
        <w:pStyle w:val="ListNumber"/>
      </w:pPr>
      <w:r>
        <w:t>Пошагово: ваш первый безопасный обмен</w:t>
      </w:r>
    </w:p>
    <w:p>
      <w:pPr>
        <w:pStyle w:val="ListNumber"/>
      </w:pPr>
      <w:r>
        <w:t>Словарь терминов и чек-листы</w:t>
      </w:r>
    </w:p>
    <w:p>
      <w:pPr>
        <w:pStyle w:val="ListNumber"/>
      </w:pPr>
      <w:r>
        <w:t>Полезные ресурсы</w:t>
      </w:r>
    </w:p>
    <w:p>
      <w:pPr>
        <w:pStyle w:val="Heading1"/>
      </w:pPr>
      <w:r>
        <w:t>Глава 1. Что такое обмен криптовалюты и зачем нужен мониторинг обменников</w:t>
      </w:r>
    </w:p>
    <w:p>
      <w:pPr>
        <w:pStyle w:val="Heading2"/>
      </w:pPr>
      <w:r>
        <w:t>Обмен — это не биржа</w:t>
      </w:r>
    </w:p>
    <w:p>
      <w:r>
        <w:t xml:space="preserve">Первое, что стоит развести в голове, — </w:t>
      </w:r>
      <w:r>
        <w:rPr>
          <w:b/>
        </w:rPr>
        <w:t>обмен</w:t>
      </w:r>
      <w:r>
        <w:t xml:space="preserve"> и </w:t>
      </w:r>
      <w:r>
        <w:rPr>
          <w:b/>
        </w:rPr>
        <w:t>биржа</w:t>
      </w:r>
      <w:r>
        <w:t xml:space="preserve"> это разные вещи, хотя обе позволяют «поменять одно на другое».</w:t>
      </w:r>
    </w:p>
    <w:p>
      <w:r>
        <w:rPr>
          <w:b/>
        </w:rPr>
        <w:t>Биржа</w:t>
      </w:r>
      <w:r>
        <w:t xml:space="preserve"> — это площадка, где пользователи торгуют между собой: выставляют заявки на покупку и продажу, а биржа сводит их. Чтобы что-то поменять, нужно зарегистрироваться, пройти верификацию, пополнить счёт, разобраться со стаканом заявок, типами ордеров и комиссиями мейкера/тейкера. Для активной торговли это удобно, но для простой задачи «поменять рубли на USDT и вывести» — избыточно.</w:t>
      </w:r>
    </w:p>
    <w:p>
      <w:r>
        <w:rPr>
          <w:b/>
        </w:rPr>
        <w:t>Обменный пункт (обменник)</w:t>
      </w:r>
      <w:r>
        <w:t xml:space="preserve"> решает одну задачу: взять у вас один актив и отдать другой по объявленному курсу. Никаких стаканов и ордеров — вы видите курс, отдаёте, получаете. Это ближе к тому, как работает уличный обменник валюты, только в интернете и с криптовалютами.</w:t>
      </w:r>
    </w:p>
    <w:p>
      <w:r>
        <w:t xml:space="preserve">У обменников есть свои особенности: у каждого свой курс, свой </w:t>
      </w:r>
      <w:r>
        <w:rPr>
          <w:b/>
        </w:rPr>
        <w:t>резерв</w:t>
      </w:r>
      <w:r>
        <w:t xml:space="preserve"> (сколько он готов выдать), свои комиссии и своя репутация. И вот тут возникает главный вопрос новичка: </w:t>
      </w:r>
      <w:r>
        <w:rPr>
          <w:b/>
        </w:rPr>
        <w:t>как из сотен обменников выбрать выгодный и надёжный?</w:t>
      </w:r>
      <w:r>
        <w:t xml:space="preserve"> Именно для этого существует мониторинг.</w:t>
      </w:r>
    </w:p>
    <w:p>
      <w:pPr>
        <w:pStyle w:val="Heading2"/>
      </w:pPr>
      <w:r>
        <w:t>Что такое мониторинг обменников</w:t>
      </w:r>
    </w:p>
    <w:p>
      <w:r>
        <w:rPr>
          <w:b/>
        </w:rPr>
        <w:t>Мониторинг</w:t>
      </w:r>
      <w:r>
        <w:t xml:space="preserve"> — это сервис-агрегатор, который в одном месте собирает курсы множества обменных пунктов по нужному вам направлению и показывает их списком, обычно отсортированным по выгодности.</w:t>
      </w:r>
    </w:p>
    <w:p>
      <w:r>
        <w:t>Представьте, что вы хотите поменять USDT на рубли на карту. Вручную это выглядело бы так: открыть десятки сайтов обменников, на каждом найти нужное направление, сравнить курс, посмотреть резерв, проверить отзывы. Час работы — и всё равно легко ошибиться.</w:t>
      </w:r>
    </w:p>
    <w:p>
      <w:r>
        <w:t>Мониторинг делает это за вас за секунды: выбираете направление «USDT → рубли на карту» — и видите таблицу, где сверху самые выгодные предложения, с курсом, резервом и рейтингом каждого обменника. Дальше вы переходите в выбранный пункт и совершаете обмен уже на его сайте.</w:t>
      </w:r>
    </w:p>
    <w:p>
      <w:r>
        <w:t xml:space="preserve">Ключевой момент: </w:t>
      </w:r>
      <w:r>
        <w:rPr>
          <w:b/>
        </w:rPr>
        <w:t>сам мониторинг деньги не меняет</w:t>
      </w:r>
      <w:r>
        <w:t>. Он не берёт вашу криптовалюту и не хранит средства. Он показывает информацию и направляет вас к обменнику. Это важно и для безопасности (мониторингу нечего у вас украсть), и для понимания ответственности: качество и честность сделки — на стороне выбранного вами обменного пункта, а мониторинг лишь помогает его найти.</w:t>
      </w:r>
    </w:p>
    <w:p>
      <w:pPr>
        <w:pStyle w:val="Heading2"/>
      </w:pPr>
      <w:r>
        <w:t>Зачем это нужно именно вам</w:t>
      </w:r>
    </w:p>
    <w:p>
      <w:r>
        <w:t>Три причины, по которым мониторинг экономит деньги и нервы:</w:t>
      </w:r>
    </w:p>
    <w:p>
      <w:r>
        <w:rPr>
          <w:b/>
        </w:rPr>
        <w:t>1. Курс.</w:t>
      </w:r>
      <w:r>
        <w:t xml:space="preserve"> Разница курсов между обменниками по одному и тому же направлению может достигать нескольких процентов. На сумме в 100 000 рублей это тысячи рублей «из воздуха» — просто за то, что вы посмотрели список, а не пошли в первый попавшийся сервис.</w:t>
      </w:r>
    </w:p>
    <w:p>
      <w:r>
        <w:rPr>
          <w:b/>
        </w:rPr>
        <w:t>2. Резерв.</w:t>
      </w:r>
      <w:r>
        <w:t xml:space="preserve"> У обменника может быть отличный курс, но всего 5 000 рублей в резерве — а вам нужно вывести 200 000. Мониторинг показывает резерв заранее, и вы не тратите время на пункт, который физически не выдаст нужную сумму.</w:t>
      </w:r>
    </w:p>
    <w:p>
      <w:r>
        <w:rPr>
          <w:b/>
        </w:rPr>
        <w:t>3. Репутация.</w:t>
      </w:r>
      <w:r>
        <w:t xml:space="preserve"> Хорошие мониторинги показывают рейтинг и отзывы обменников и удаляют из списка тех, на кого massово жалуются. Это первый (хотя и не единственный) фильтр против мошенников.</w:t>
      </w:r>
    </w:p>
    <w:p>
      <w:pPr>
        <w:pStyle w:val="Heading2"/>
      </w:pPr>
      <w:r>
        <w:t>Как выглядит типичный сценарий обмена</w:t>
      </w:r>
    </w:p>
    <w:p>
      <w:r>
        <w:t>Чтобы связать всё вместе, вот путь обычного человека, который хочет поменять криптовалюту:</w:t>
      </w:r>
    </w:p>
    <w:p>
      <w:pPr>
        <w:pStyle w:val="ListNumber"/>
      </w:pPr>
      <w:r>
        <w:rPr>
          <w:b/>
        </w:rPr>
        <w:t>Определяете направление.</w:t>
      </w:r>
      <w:r>
        <w:t xml:space="preserve"> Что и на что меняете: например, «USDT (сеть TRC20) → рубли на карту Сбербанка».</w:t>
      </w:r>
    </w:p>
    <w:p>
      <w:pPr>
        <w:pStyle w:val="ListNumber"/>
      </w:pPr>
      <w:r>
        <w:rPr>
          <w:b/>
        </w:rPr>
        <w:t>Открываете мониторинг</w:t>
      </w:r>
      <w:r>
        <w:t xml:space="preserve"> и выбираете это направление.</w:t>
      </w:r>
    </w:p>
    <w:p>
      <w:pPr>
        <w:pStyle w:val="ListNumber"/>
      </w:pPr>
      <w:r>
        <w:rPr>
          <w:b/>
        </w:rPr>
        <w:t>Смотрите список</w:t>
      </w:r>
      <w:r>
        <w:t xml:space="preserve"> обменников, отсортированный по курсу. Обращаете внимание не только на верхнюю строчку, но и на резерв и рейтинг (об этом — глава 2).</w:t>
      </w:r>
    </w:p>
    <w:p>
      <w:pPr>
        <w:pStyle w:val="ListNumber"/>
      </w:pPr>
      <w:r>
        <w:rPr>
          <w:b/>
        </w:rPr>
        <w:t>Выбираете обменник</w:t>
      </w:r>
      <w:r>
        <w:t xml:space="preserve"> и переходите на его сайт.</w:t>
      </w:r>
    </w:p>
    <w:p>
      <w:pPr>
        <w:pStyle w:val="ListNumber"/>
      </w:pPr>
      <w:r>
        <w:rPr>
          <w:b/>
        </w:rPr>
        <w:t>Создаёте заявку:</w:t>
      </w:r>
      <w:r>
        <w:t xml:space="preserve"> указываете сумму, свои реквизиты (адрес кошелька или номер карты).</w:t>
      </w:r>
    </w:p>
    <w:p>
      <w:pPr>
        <w:pStyle w:val="ListNumber"/>
      </w:pPr>
      <w:r>
        <w:rPr>
          <w:b/>
        </w:rPr>
        <w:t>Совершаете перевод</w:t>
      </w:r>
      <w:r>
        <w:t xml:space="preserve"> по инструкции обменника.</w:t>
      </w:r>
    </w:p>
    <w:p>
      <w:pPr>
        <w:pStyle w:val="ListNumber"/>
      </w:pPr>
      <w:r>
        <w:rPr>
          <w:b/>
        </w:rPr>
        <w:t>Получаете средства</w:t>
      </w:r>
      <w:r>
        <w:t xml:space="preserve"> и проверяете, что всё сошлось.</w:t>
      </w:r>
    </w:p>
    <w:p>
      <w:r>
        <w:t>Звучит просто — и при аккуратности так и есть. Но на каждом шаге есть нюансы, из-за которых новички теряют деньги: не тот курс, не та сеть, не проверенный обменник, спешка. Разбору этих нюансов и посвящены следующие главы.</w:t>
      </w:r>
    </w:p>
    <w:p>
      <w:pPr>
        <w:pStyle w:val="Heading2"/>
      </w:pPr>
      <w:r>
        <w:t>Главное из этой главы</w:t>
      </w:r>
    </w:p>
    <w:p>
      <w:pPr>
        <w:pStyle w:val="ListBullet"/>
      </w:pPr>
      <w:r>
        <w:rPr>
          <w:b/>
        </w:rPr>
        <w:t>Обмен</w:t>
      </w:r>
      <w:r>
        <w:t xml:space="preserve"> проще биржи: вы меняете актив по объявленному курсу, без торговли и ордеров.</w:t>
      </w:r>
    </w:p>
    <w:p>
      <w:pPr>
        <w:pStyle w:val="ListBullet"/>
      </w:pPr>
      <w:r>
        <w:t xml:space="preserve">У каждого обменника </w:t>
      </w:r>
      <w:r>
        <w:rPr>
          <w:b/>
        </w:rPr>
        <w:t>свой курс, резерв, комиссии и репутация</w:t>
      </w:r>
      <w:r>
        <w:t xml:space="preserve"> — вслепую выбирать невыгодно и рискованно.</w:t>
      </w:r>
    </w:p>
    <w:p>
      <w:pPr>
        <w:pStyle w:val="ListBullet"/>
      </w:pPr>
      <w:r>
        <w:rPr>
          <w:b/>
        </w:rPr>
        <w:t>Мониторинг</w:t>
      </w:r>
      <w:r>
        <w:t xml:space="preserve"> собирает предложения обменников в одном месте и сортирует по выгодности; сам он деньги не меняет и средства не хранит.</w:t>
      </w:r>
    </w:p>
    <w:p>
      <w:pPr>
        <w:pStyle w:val="ListBullet"/>
      </w:pPr>
      <w:r>
        <w:t xml:space="preserve">Мониторинг экономит на </w:t>
      </w:r>
      <w:r>
        <w:rPr>
          <w:b/>
        </w:rPr>
        <w:t>курсе</w:t>
      </w:r>
      <w:r>
        <w:t xml:space="preserve">, страхует по </w:t>
      </w:r>
      <w:r>
        <w:rPr>
          <w:b/>
        </w:rPr>
        <w:t>резерву</w:t>
      </w:r>
      <w:r>
        <w:t xml:space="preserve"> и фильтрует по </w:t>
      </w:r>
      <w:r>
        <w:rPr>
          <w:b/>
        </w:rPr>
        <w:t>репутации</w:t>
      </w:r>
      <w:r>
        <w:t>.</w:t>
      </w:r>
    </w:p>
    <w:p>
      <w:pPr>
        <w:pStyle w:val="ListBullet"/>
      </w:pPr>
      <w:r>
        <w:t xml:space="preserve">Ответственность за саму сделку — на выбранном </w:t>
      </w:r>
      <w:r>
        <w:rPr>
          <w:b/>
        </w:rPr>
        <w:t>обменнике</w:t>
      </w:r>
      <w:r>
        <w:t>; мониторинг помогает его найти.</w:t>
      </w:r>
    </w:p>
    <w:p>
      <w:r>
        <w:t>В следующей главе разберём, как правильно читать список обменников: почему верхняя строчка не всегда лучшая, что такое спред и резерв и как отличить надёжный пункт по рейтингу и отзывам.</w:t>
      </w:r>
    </w:p>
    <w:p>
      <w:pPr>
        <w:pStyle w:val="Heading1"/>
      </w:pPr>
      <w:r>
        <w:t>Глава 2. Как читать курс: спред, резерв, рейтинг и отзывы</w:t>
      </w:r>
    </w:p>
    <w:p>
      <w:r>
        <w:t>Список обменников в мониторинге выглядит обманчиво просто: столбик курсов, сверху «лучший». Но верхняя строчка — не всегда лучший выбор. Разберём, на что смотреть на самом деле.</w:t>
      </w:r>
    </w:p>
    <w:p>
      <w:pPr>
        <w:pStyle w:val="Heading2"/>
      </w:pPr>
      <w:r>
        <w:t>Курс и спред</w:t>
      </w:r>
    </w:p>
    <w:p>
      <w:r>
        <w:rPr>
          <w:b/>
        </w:rPr>
        <w:t>Курс</w:t>
      </w:r>
      <w:r>
        <w:t xml:space="preserve"> — это сколько единиц одного актива дают за единицу другого. Например, «USDT → рубли, курс 78» означает, что за 1 USDT вы получите 78 рублей.</w:t>
      </w:r>
    </w:p>
    <w:p>
      <w:r>
        <w:rPr>
          <w:b/>
        </w:rPr>
        <w:t>Спред</w:t>
      </w:r>
      <w:r>
        <w:t xml:space="preserve"> — это разница между курсом покупки и курсом продажи. Обменник зарабатывает именно на нём: покупает у вас чуть дешевле, продаёт чуть дороже. Чем меньше спред, тем выгоднее вам. Мониторинг помогает увидеть спред косвенно — просто сравнивая курсы разных пунктов по одному направлению: если у большинства курс 78, а у одного 82 — это, скорее всего, не «щедрость», а повод присмотреться (см. главу 5 про мошенников).</w:t>
      </w:r>
    </w:p>
    <w:p>
      <w:r>
        <w:t>Важно: курс — не единственная цифра. Обменник с курсом чуть хуже, но с большим резервом, высоким рейтингом и без скрытых комиссий часто выгоднее «лучшего по курсу», у которого сюрпризы на каждом шагу.</w:t>
      </w:r>
    </w:p>
    <w:p>
      <w:pPr>
        <w:pStyle w:val="Heading2"/>
      </w:pPr>
      <w:r>
        <w:t>Резерв</w:t>
      </w:r>
    </w:p>
    <w:p>
      <w:r>
        <w:rPr>
          <w:b/>
        </w:rPr>
        <w:t>Резерв</w:t>
      </w:r>
      <w:r>
        <w:t xml:space="preserve"> — это сколько актива обменник готов вам выдать прямо сейчас. Если вы меняете 300 000 рублей в USDT, а у обменника резерв 50 000 рублей — сделка не пройдёт или пройдёт частично.</w:t>
      </w:r>
    </w:p>
    <w:p>
      <w:r>
        <w:t xml:space="preserve">Всегда сверяйте резерв с вашей суммой </w:t>
      </w:r>
      <w:r>
        <w:rPr>
          <w:b/>
        </w:rPr>
        <w:t>до</w:t>
      </w:r>
      <w:r>
        <w:t xml:space="preserve"> создания заявки. Хорошая привычка — выбирать пункт, у которого резерв заметно больше вашей суммы: это и запас надёжности, и признак того, что обменник работает с серьёзными объёмами.</w:t>
      </w:r>
    </w:p>
    <w:p>
      <w:pPr>
        <w:pStyle w:val="Heading2"/>
      </w:pPr>
      <w:r>
        <w:t>Рейтинг и отзывы</w:t>
      </w:r>
    </w:p>
    <w:p>
      <w:r>
        <w:t xml:space="preserve">Мониторинги показывают </w:t>
      </w:r>
      <w:r>
        <w:rPr>
          <w:b/>
        </w:rPr>
        <w:t>рейтинг</w:t>
      </w:r>
      <w:r>
        <w:t xml:space="preserve"> обменников и число отзывов. Рейтинг — это накопленная репутация: как быстро выдаёт, не обманывает ли, как решает спорные ситуации.</w:t>
      </w:r>
    </w:p>
    <w:p>
      <w:r>
        <w:t>Как читать отзывы с умом:</w:t>
      </w:r>
    </w:p>
    <w:p>
      <w:pPr>
        <w:pStyle w:val="ListBullet"/>
      </w:pPr>
      <w:r>
        <w:rPr>
          <w:b/>
        </w:rPr>
        <w:t>Смотрите свежие</w:t>
      </w:r>
      <w:r>
        <w:t>, а не только общий балл. Обменник мог быть хорошим год назад и «сломаться» недавно.</w:t>
      </w:r>
    </w:p>
    <w:p>
      <w:pPr>
        <w:pStyle w:val="ListBullet"/>
      </w:pPr>
      <w:r>
        <w:rPr>
          <w:b/>
        </w:rPr>
        <w:t>Ищите конкретику.</w:t>
      </w:r>
      <w:r>
        <w:t xml:space="preserve"> «Кинули на 10 000» с деталями важнее, чем безликое «плохо».</w:t>
      </w:r>
    </w:p>
    <w:p>
      <w:pPr>
        <w:pStyle w:val="ListBullet"/>
      </w:pPr>
      <w:r>
        <w:rPr>
          <w:b/>
        </w:rPr>
        <w:t>Оценивайте, как обменник отвечает</w:t>
      </w:r>
      <w:r>
        <w:t xml:space="preserve"> на негатив: живой диалог и решение проблемы — хороший знак; игнор или агрессия — плохой.</w:t>
      </w:r>
    </w:p>
    <w:p>
      <w:pPr>
        <w:pStyle w:val="ListBullet"/>
      </w:pPr>
      <w:r>
        <w:rPr>
          <w:b/>
        </w:rPr>
        <w:t>Не гонитесь за нулём жалоб.</w:t>
      </w:r>
      <w:r>
        <w:t xml:space="preserve"> У крупных пунктов всегда есть недовольные; важнее соотношение и то, как решают конфликты.</w:t>
      </w:r>
    </w:p>
    <w:p>
      <w:pPr>
        <w:pStyle w:val="Heading2"/>
      </w:pPr>
      <w:r>
        <w:t>Что в итоге сравнивать</w:t>
      </w:r>
    </w:p>
    <w:p>
      <w:r>
        <w:t>Перед выбором держите в голове четыре параметра, а не один:</w:t>
      </w:r>
    </w:p>
    <w:p>
      <w:pPr>
        <w:pStyle w:val="ListNumber"/>
      </w:pPr>
      <w:r>
        <w:rPr>
          <w:b/>
        </w:rPr>
        <w:t>Курс</w:t>
      </w:r>
      <w:r>
        <w:t xml:space="preserve"> — выгодность.</w:t>
      </w:r>
    </w:p>
    <w:p>
      <w:pPr>
        <w:pStyle w:val="ListNumber"/>
      </w:pPr>
      <w:r>
        <w:rPr>
          <w:b/>
        </w:rPr>
        <w:t>Резерв</w:t>
      </w:r>
      <w:r>
        <w:t xml:space="preserve"> — хватит ли на вашу сумму.</w:t>
      </w:r>
    </w:p>
    <w:p>
      <w:pPr>
        <w:pStyle w:val="ListNumber"/>
      </w:pPr>
      <w:r>
        <w:rPr>
          <w:b/>
        </w:rPr>
        <w:t>Рейтинг/отзывы</w:t>
      </w:r>
      <w:r>
        <w:t xml:space="preserve"> — можно ли доверять.</w:t>
      </w:r>
    </w:p>
    <w:p>
      <w:pPr>
        <w:pStyle w:val="ListNumber"/>
      </w:pPr>
      <w:r>
        <w:rPr>
          <w:b/>
        </w:rPr>
        <w:t>Комиссии и условия</w:t>
      </w:r>
      <w:r>
        <w:t xml:space="preserve"> — нет ли скрытых поборов (о них — глава 3 и 5).</w:t>
      </w:r>
    </w:p>
    <w:p>
      <w:pPr>
        <w:pStyle w:val="Heading2"/>
      </w:pPr>
      <w:r>
        <w:t>Главное из этой главы</w:t>
      </w:r>
    </w:p>
    <w:p>
      <w:pPr>
        <w:pStyle w:val="ListBullet"/>
      </w:pPr>
      <w:r>
        <w:t>Верхняя строчка по курсу — не автоматически лучший выбор.</w:t>
      </w:r>
    </w:p>
    <w:p>
      <w:pPr>
        <w:pStyle w:val="ListBullet"/>
      </w:pPr>
      <w:r>
        <w:rPr>
          <w:b/>
        </w:rPr>
        <w:t>Спред</w:t>
      </w:r>
      <w:r>
        <w:t xml:space="preserve"> — на нём зарабатывает обменник; сравнивайте курсы нескольких пунктов.</w:t>
      </w:r>
    </w:p>
    <w:p>
      <w:pPr>
        <w:pStyle w:val="ListBullet"/>
      </w:pPr>
      <w:r>
        <w:rPr>
          <w:b/>
        </w:rPr>
        <w:t>Резерв</w:t>
      </w:r>
      <w:r>
        <w:t xml:space="preserve"> проверяйте до заявки — он должен покрывать вашу сумму с запасом.</w:t>
      </w:r>
    </w:p>
    <w:p>
      <w:pPr>
        <w:pStyle w:val="ListBullet"/>
      </w:pPr>
      <w:r>
        <w:rPr>
          <w:b/>
        </w:rPr>
        <w:t>Рейтинг и свежие отзывы</w:t>
      </w:r>
      <w:r>
        <w:t xml:space="preserve"> важнее общего балла; смотрите, как решают конфликты.</w:t>
      </w:r>
    </w:p>
    <w:p>
      <w:pPr>
        <w:pStyle w:val="ListBullet"/>
      </w:pPr>
      <w:r>
        <w:t>Решение принимайте по совокупности: курс + резерв + репутация + условия.</w:t>
      </w:r>
    </w:p>
    <w:p>
      <w:pPr>
        <w:pStyle w:val="Heading1"/>
      </w:pPr>
      <w:r>
        <w:t>Глава 3. Сети и комиссии: TRC20, ERC20, BEP20, TON — где дешевле и почему</w:t>
      </w:r>
    </w:p>
    <w:p>
      <w:r>
        <w:t xml:space="preserve">Одна из самых обидных и частых ошибок новичка — потерять деньги на </w:t>
      </w:r>
      <w:r>
        <w:rPr>
          <w:b/>
        </w:rPr>
        <w:t>сети</w:t>
      </w:r>
      <w:r>
        <w:t>. Разберёмся, что это и как не переплатить (и не отправить монету «в никуда»).</w:t>
      </w:r>
    </w:p>
    <w:p>
      <w:pPr>
        <w:pStyle w:val="Heading2"/>
      </w:pPr>
      <w:r>
        <w:t>Что такое сеть</w:t>
      </w:r>
    </w:p>
    <w:p>
      <w:r>
        <w:t xml:space="preserve">Одна и та же криптовалюта может существовать в разных </w:t>
      </w:r>
      <w:r>
        <w:rPr>
          <w:b/>
        </w:rPr>
        <w:t>сетях (блокчейнах)</w:t>
      </w:r>
      <w:r>
        <w:t xml:space="preserve">. Например, USDT бывает в сети </w:t>
      </w:r>
      <w:r>
        <w:rPr>
          <w:b/>
        </w:rPr>
        <w:t>TRC20</w:t>
      </w:r>
      <w:r>
        <w:t xml:space="preserve"> (Tron), </w:t>
      </w:r>
      <w:r>
        <w:rPr>
          <w:b/>
        </w:rPr>
        <w:t>ERC20</w:t>
      </w:r>
      <w:r>
        <w:t xml:space="preserve"> (Ethereum), </w:t>
      </w:r>
      <w:r>
        <w:rPr>
          <w:b/>
        </w:rPr>
        <w:t>BEP20</w:t>
      </w:r>
      <w:r>
        <w:t xml:space="preserve"> (BNB Chain), </w:t>
      </w:r>
      <w:r>
        <w:rPr>
          <w:b/>
        </w:rPr>
        <w:t>TON</w:t>
      </w:r>
      <w:r>
        <w:t xml:space="preserve"> и других. Монета называется одинаково — USDT, — но «дороги», по которым она едет, разные.</w:t>
      </w:r>
    </w:p>
    <w:p>
      <w:r>
        <w:t xml:space="preserve">Ключевое правило: </w:t>
      </w:r>
      <w:r>
        <w:rPr>
          <w:b/>
        </w:rPr>
        <w:t>отправитель и получатель должны использовать одну и ту же сеть.</w:t>
      </w:r>
      <w:r>
        <w:t xml:space="preserve"> Если вы отправите USDT в сети TRC20 на адрес, который ждёт USDT в сети ERC20, средства с высокой вероятностью </w:t>
      </w:r>
      <w:r>
        <w:rPr>
          <w:b/>
        </w:rPr>
        <w:t>потеряются безвозвратно</w:t>
      </w:r>
      <w:r>
        <w:t>. Ни обменник, ни кошелёк вернуть их обычно не смогут.</w:t>
      </w:r>
    </w:p>
    <w:p>
      <w:pPr>
        <w:pStyle w:val="Heading2"/>
      </w:pPr>
      <w:r>
        <w:t>Почему комиссии разные</w:t>
      </w:r>
    </w:p>
    <w:p>
      <w:r>
        <w:t xml:space="preserve">За перевод в сети платится </w:t>
      </w:r>
      <w:r>
        <w:rPr>
          <w:b/>
        </w:rPr>
        <w:t>комиссия сети</w:t>
      </w:r>
      <w:r>
        <w:t xml:space="preserve"> (не путать с комиссией обменника) — она идёт майнерам/валидаторам, а не сервису. Размер сильно зависит от сети:</w:t>
      </w:r>
    </w:p>
    <w:p>
      <w:pPr>
        <w:pStyle w:val="ListBullet"/>
      </w:pPr>
      <w:r>
        <w:rPr>
          <w:b/>
        </w:rPr>
        <w:t>TRC20 (Tron)</w:t>
      </w:r>
      <w:r>
        <w:t xml:space="preserve"> — обычно дешёвая комиссия, поэтому это самый популярный вариант для USDT в СНГ.</w:t>
      </w:r>
    </w:p>
    <w:p>
      <w:pPr>
        <w:pStyle w:val="ListBullet"/>
      </w:pPr>
      <w:r>
        <w:rPr>
          <w:b/>
        </w:rPr>
        <w:t>ERC20 (Ethereum)</w:t>
      </w:r>
      <w:r>
        <w:t xml:space="preserve"> — исторически дорогая, комиссия может «съесть» заметную часть небольшой суммы; зато максимально распространена и поддерживается везде.</w:t>
      </w:r>
    </w:p>
    <w:p>
      <w:pPr>
        <w:pStyle w:val="ListBullet"/>
      </w:pPr>
      <w:r>
        <w:rPr>
          <w:b/>
        </w:rPr>
        <w:t>BEP20 (BNB Chain)</w:t>
      </w:r>
      <w:r>
        <w:t xml:space="preserve"> — дёшево, но поддерживается не всеми сервисами.</w:t>
      </w:r>
    </w:p>
    <w:p>
      <w:pPr>
        <w:pStyle w:val="ListBullet"/>
      </w:pPr>
      <w:r>
        <w:rPr>
          <w:b/>
        </w:rPr>
        <w:t>TON</w:t>
      </w:r>
      <w:r>
        <w:t xml:space="preserve"> — быстро и дёшево, набирает популярность.</w:t>
      </w:r>
    </w:p>
    <w:p>
      <w:r>
        <w:t>Для маленьких сумм разница в комиссии критична: отправить 20 USDT через ERC20 может быть невыгодно, если комиссия сети сопоставима с суммой. Для тех же 20 USDT логичнее TRC20 или TON.</w:t>
      </w:r>
    </w:p>
    <w:p>
      <w:pPr>
        <w:pStyle w:val="Heading2"/>
      </w:pPr>
      <w:r>
        <w:t>Как не ошибиться с сетью</w:t>
      </w:r>
    </w:p>
    <w:p>
      <w:pPr>
        <w:pStyle w:val="ListNumber"/>
      </w:pPr>
      <w:r>
        <w:rPr>
          <w:b/>
        </w:rPr>
        <w:t>Сверяйте сеть на обеих сторонах.</w:t>
      </w:r>
      <w:r>
        <w:t xml:space="preserve"> Обменник указывает, в какой сети он ждёт монету; ваш кошелёк — в какой отправляет. Они должны совпадать буква в букву.</w:t>
      </w:r>
    </w:p>
    <w:p>
      <w:pPr>
        <w:pStyle w:val="ListNumber"/>
      </w:pPr>
      <w:r>
        <w:rPr>
          <w:b/>
        </w:rPr>
        <w:t>Не ориентируйтесь только на название монеты.</w:t>
      </w:r>
      <w:r>
        <w:t xml:space="preserve"> «USDT» без указания сети — неполная информация.</w:t>
      </w:r>
    </w:p>
    <w:p>
      <w:pPr>
        <w:pStyle w:val="ListNumber"/>
      </w:pPr>
      <w:r>
        <w:rPr>
          <w:b/>
        </w:rPr>
        <w:t>Сначала тест малой суммой</w:t>
      </w:r>
      <w:r>
        <w:t xml:space="preserve"> при первом обмене с новым обменником или на новый адрес (об этом подробнее в главе 8).</w:t>
      </w:r>
    </w:p>
    <w:p>
      <w:pPr>
        <w:pStyle w:val="ListNumber"/>
      </w:pPr>
      <w:r>
        <w:rPr>
          <w:b/>
        </w:rPr>
        <w:t>Учитывайте комиссию в расчёте выгоды.</w:t>
      </w:r>
      <w:r>
        <w:t xml:space="preserve"> Иногда курс лучше, но дорогая сеть съедает разницу.</w:t>
      </w:r>
    </w:p>
    <w:p>
      <w:pPr>
        <w:pStyle w:val="Heading2"/>
      </w:pPr>
      <w:r>
        <w:t>Главное из этой главы</w:t>
      </w:r>
    </w:p>
    <w:p>
      <w:pPr>
        <w:pStyle w:val="ListBullet"/>
      </w:pPr>
      <w:r>
        <w:t xml:space="preserve">Одна монета живёт в </w:t>
      </w:r>
      <w:r>
        <w:rPr>
          <w:b/>
        </w:rPr>
        <w:t>разных сетях</w:t>
      </w:r>
      <w:r>
        <w:t xml:space="preserve"> (TRC20/ERC20/BEP20/TON) — это разные «дороги».</w:t>
      </w:r>
    </w:p>
    <w:p>
      <w:pPr>
        <w:pStyle w:val="ListBullet"/>
      </w:pPr>
      <w:r>
        <w:rPr>
          <w:b/>
        </w:rPr>
        <w:t>Сеть отправителя и получателя должна совпадать</w:t>
      </w:r>
      <w:r>
        <w:t>, иначе средства теряются безвозвратно.</w:t>
      </w:r>
    </w:p>
    <w:p>
      <w:pPr>
        <w:pStyle w:val="ListBullet"/>
      </w:pPr>
      <w:r>
        <w:rPr>
          <w:b/>
        </w:rPr>
        <w:t>Комиссия сети</w:t>
      </w:r>
      <w:r>
        <w:t xml:space="preserve"> идёт не обменнику, а сети; TRC20/TON — обычно дёшево, ERC20 — дорого.</w:t>
      </w:r>
    </w:p>
    <w:p>
      <w:pPr>
        <w:pStyle w:val="ListBullet"/>
      </w:pPr>
      <w:r>
        <w:t>Для маленьких сумм выбирайте дешёвую сеть; всегда закладывайте комиссию в расчёт выгоды.</w:t>
      </w:r>
    </w:p>
    <w:p>
      <w:pPr>
        <w:pStyle w:val="Heading1"/>
      </w:pPr>
      <w:r>
        <w:t>Глава 4. Стейблкоины (USDT, USDC): зачем они в обмене и что такое депег</w:t>
      </w:r>
    </w:p>
    <w:p>
      <w:r>
        <w:t>Если вы хоть раз меняли криптовалюту, вы почти наверняка сталкивались со стейблкоинами. Разберём, что это и почему они так удобны — и где их слабое место.</w:t>
      </w:r>
    </w:p>
    <w:p>
      <w:pPr>
        <w:pStyle w:val="Heading2"/>
      </w:pPr>
      <w:r>
        <w:t>Что такое стейблкоин</w:t>
      </w:r>
    </w:p>
    <w:p>
      <w:r>
        <w:rPr>
          <w:b/>
        </w:rPr>
        <w:t>Стейблкоин</w:t>
      </w:r>
      <w:r>
        <w:t xml:space="preserve"> — это криптовалюта, привязанная к стоимости обычной валюты, чаще всего доллара США. Идея: 1 USDT ≈ 1 доллар, 1 USDC ≈ 1 доллар. В отличие от биткоина, курс которого скачет, стейблкоин задуман как «цифровой доллар» со стабильной ценой.</w:t>
      </w:r>
    </w:p>
    <w:p>
      <w:r>
        <w:t>Именно поэтому стейблкоины стали «рабочей лошадкой» обмена: в них удобно временно хранить средства, ими удобно рассчитываться и через них удобно проходят почти все направления обмена («рубли → USDT → другая крипта»).</w:t>
      </w:r>
    </w:p>
    <w:p>
      <w:pPr>
        <w:pStyle w:val="Heading2"/>
      </w:pPr>
      <w:r>
        <w:t>Зачем они в обмене</w:t>
      </w:r>
    </w:p>
    <w:p>
      <w:pPr>
        <w:pStyle w:val="ListBullet"/>
      </w:pPr>
      <w:r>
        <w:rPr>
          <w:b/>
        </w:rPr>
        <w:t>Промежуточный актив.</w:t>
      </w:r>
      <w:r>
        <w:t xml:space="preserve"> Часто выгоднее поменять не напрямую «рубли → редкая монета», а через USDT: «рубли → USDT → монета». Больше обменников, лучше курс, выше резерв.</w:t>
      </w:r>
    </w:p>
    <w:p>
      <w:pPr>
        <w:pStyle w:val="ListBullet"/>
      </w:pPr>
      <w:r>
        <w:rPr>
          <w:b/>
        </w:rPr>
        <w:t>Пауза без волатильности.</w:t>
      </w:r>
      <w:r>
        <w:t xml:space="preserve"> Хотите «выйти в кэш», но не в рубли — стейблкоин позволяет переждать, не поймав скачок курса.</w:t>
      </w:r>
    </w:p>
    <w:p>
      <w:pPr>
        <w:pStyle w:val="ListBullet"/>
      </w:pPr>
      <w:r>
        <w:rPr>
          <w:b/>
        </w:rPr>
        <w:t>Универсальность.</w:t>
      </w:r>
      <w:r>
        <w:t xml:space="preserve"> USDT/USDC принимают почти везде и почти во всех сетях.</w:t>
      </w:r>
    </w:p>
    <w:p>
      <w:pPr>
        <w:pStyle w:val="Heading2"/>
      </w:pPr>
      <w:r>
        <w:t>Что такое депег и почему это риск</w:t>
      </w:r>
    </w:p>
    <w:p>
      <w:r>
        <w:rPr>
          <w:b/>
        </w:rPr>
        <w:t>Депег</w:t>
      </w:r>
      <w:r>
        <w:t xml:space="preserve"> (от английского </w:t>
      </w:r>
      <w:r>
        <w:rPr>
          <w:i/>
        </w:rPr>
        <w:t>de-peg</w:t>
      </w:r>
      <w:r>
        <w:t xml:space="preserve"> — «отвязка») — это ситуация, когда стейблкоин теряет привязку и его цена отклоняется от доллара: например, 1 USDT стоит не 1.00, а 0.95 доллара.</w:t>
      </w:r>
    </w:p>
    <w:p>
      <w:r>
        <w:t>Депег случается редко, но он реален: при проблемах у эмитента, панике на рынке или технических сбоях. Даже небольшое отклонение важно, потому что стейблкоины используют как «безопасную гавань» — и именно в этот момент они могут подвести.</w:t>
      </w:r>
    </w:p>
    <w:p>
      <w:r>
        <w:t>Как относиться к риску депега здраво:</w:t>
      </w:r>
    </w:p>
    <w:p>
      <w:pPr>
        <w:pStyle w:val="ListBullet"/>
      </w:pPr>
      <w:r>
        <w:rPr>
          <w:b/>
        </w:rPr>
        <w:t>Смотрите на цену стейблкоина в моменте.</w:t>
      </w:r>
      <w:r>
        <w:t xml:space="preserve"> Если 1 USDT заметно ниже 1 доллара — это сигнал проверить новости, а не спешить с крупной операцией.</w:t>
      </w:r>
    </w:p>
    <w:p>
      <w:pPr>
        <w:pStyle w:val="ListBullet"/>
      </w:pPr>
      <w:r>
        <w:rPr>
          <w:b/>
        </w:rPr>
        <w:t>Не держите всё в одном стейблкоине долго</w:t>
      </w:r>
      <w:r>
        <w:t xml:space="preserve"> без необходимости.</w:t>
      </w:r>
    </w:p>
    <w:p>
      <w:pPr>
        <w:pStyle w:val="ListBullet"/>
      </w:pPr>
      <w:r>
        <w:rPr>
          <w:b/>
        </w:rPr>
        <w:t>Крупные, давно работающие стейблкоины</w:t>
      </w:r>
      <w:r>
        <w:t xml:space="preserve"> обычно устойчивее — но «слишком стабильных» гарантий в крипте не бывает.</w:t>
      </w:r>
    </w:p>
    <w:p>
      <w:pPr>
        <w:pStyle w:val="Heading2"/>
      </w:pPr>
      <w:r>
        <w:t>Главное из этой главы</w:t>
      </w:r>
    </w:p>
    <w:p>
      <w:pPr>
        <w:pStyle w:val="ListBullet"/>
      </w:pPr>
      <w:r>
        <w:rPr>
          <w:b/>
        </w:rPr>
        <w:t>Стейблкоин</w:t>
      </w:r>
      <w:r>
        <w:t xml:space="preserve"> привязан к доллару (USDT, USDC ≈ 1 $) — «цифровой доллар» без резких скачков.</w:t>
      </w:r>
    </w:p>
    <w:p>
      <w:pPr>
        <w:pStyle w:val="ListBullet"/>
      </w:pPr>
      <w:r>
        <w:t xml:space="preserve">В обмене это удобный </w:t>
      </w:r>
      <w:r>
        <w:rPr>
          <w:b/>
        </w:rPr>
        <w:t>промежуточный актив</w:t>
      </w:r>
      <w:r>
        <w:t>: через USDT проходит больше направлений с лучшим курсом.</w:t>
      </w:r>
    </w:p>
    <w:p>
      <w:pPr>
        <w:pStyle w:val="ListBullet"/>
      </w:pPr>
      <w:r>
        <w:rPr>
          <w:b/>
        </w:rPr>
        <w:t>Депег</w:t>
      </w:r>
      <w:r>
        <w:t xml:space="preserve"> — редкая, но реальная отвязка от доллара; следите за ценой стейблкоина в моменте.</w:t>
      </w:r>
    </w:p>
    <w:p>
      <w:pPr>
        <w:pStyle w:val="ListBullet"/>
      </w:pPr>
      <w:r>
        <w:t>Стабильность стейблкоина — не абсолютная гарантия; крупные и старые обычно надёжнее.</w:t>
      </w:r>
    </w:p>
    <w:p>
      <w:pPr>
        <w:pStyle w:val="Heading1"/>
      </w:pPr>
      <w:r>
        <w:t>Глава 5. Как выбрать надёжный обменник и не попасть на мошенников</w:t>
      </w:r>
    </w:p>
    <w:p>
      <w:r>
        <w:t>Это, пожалуй, самая важная глава. Потерять на невыгодном курсе — обидно; попасть к мошеннику — по-настоящему больно. Разберём, как отличить честный обменник от ловушки.</w:t>
      </w:r>
    </w:p>
    <w:p>
      <w:pPr>
        <w:pStyle w:val="Heading2"/>
      </w:pPr>
      <w:r>
        <w:t>Красные флаги: когда стоит насторожиться</w:t>
      </w:r>
    </w:p>
    <w:p>
      <w:pPr>
        <w:pStyle w:val="ListBullet"/>
      </w:pPr>
      <w:r>
        <w:rPr>
          <w:b/>
        </w:rPr>
        <w:t>Курс «слишком хороший».</w:t>
      </w:r>
      <w:r>
        <w:t xml:space="preserve"> Если у всех 78, а у одного 84 — это чаще всего приманка, а не подарок. Аномально выгодный курс — повод не радоваться, а проверять.</w:t>
      </w:r>
    </w:p>
    <w:p>
      <w:pPr>
        <w:pStyle w:val="ListBullet"/>
      </w:pPr>
      <w:r>
        <w:rPr>
          <w:b/>
        </w:rPr>
        <w:t>Нет или почти нет отзывов / рейтинга.</w:t>
      </w:r>
      <w:r>
        <w:t xml:space="preserve"> Свежесозданный пункт без истории — повышенный риск.</w:t>
      </w:r>
    </w:p>
    <w:p>
      <w:pPr>
        <w:pStyle w:val="ListBullet"/>
      </w:pPr>
      <w:r>
        <w:rPr>
          <w:b/>
        </w:rPr>
        <w:t>Давление и спешка.</w:t>
      </w:r>
      <w:r>
        <w:t xml:space="preserve"> «Курс только сейчас», «переведите быстрее, а то отменится» — классический приём, чтобы вы не успели подумать.</w:t>
      </w:r>
    </w:p>
    <w:p>
      <w:pPr>
        <w:pStyle w:val="ListBullet"/>
      </w:pPr>
      <w:r>
        <w:rPr>
          <w:b/>
        </w:rPr>
        <w:t>Просят «доплатить, чтобы получить».</w:t>
      </w:r>
      <w:r>
        <w:t xml:space="preserve"> Вы отправили — а вам говорят «внесите комиссию/страховку/налог, иначе не выдадим». Настоящий обменник берёт комиссию из курса, а не требует доплат после перевода. Это почти всегда мошенничество.</w:t>
      </w:r>
    </w:p>
    <w:p>
      <w:pPr>
        <w:pStyle w:val="ListBullet"/>
      </w:pPr>
      <w:r>
        <w:rPr>
          <w:b/>
        </w:rPr>
        <w:t>Общение только в мессенджере</w:t>
      </w:r>
      <w:r>
        <w:t>, а не через сайт с заявкой и историей.</w:t>
      </w:r>
    </w:p>
    <w:p>
      <w:pPr>
        <w:pStyle w:val="ListBullet"/>
      </w:pPr>
      <w:r>
        <w:rPr>
          <w:b/>
        </w:rPr>
        <w:t>Требуют лишние данные</w:t>
      </w:r>
      <w:r>
        <w:t xml:space="preserve"> (пароли, доступ к кошельку, коды) — легитимному обмену это не нужно.</w:t>
      </w:r>
    </w:p>
    <w:p>
      <w:pPr>
        <w:pStyle w:val="Heading2"/>
      </w:pPr>
      <w:r>
        <w:t>Что снижает риск</w:t>
      </w:r>
    </w:p>
    <w:p>
      <w:pPr>
        <w:pStyle w:val="ListNumber"/>
      </w:pPr>
      <w:r>
        <w:rPr>
          <w:b/>
        </w:rPr>
        <w:t>Выбирайте через мониторинг с рейтингом</w:t>
      </w:r>
      <w:r>
        <w:t>, а не по ссылке из личных сообщений или рекламы.</w:t>
      </w:r>
    </w:p>
    <w:p>
      <w:pPr>
        <w:pStyle w:val="ListNumber"/>
      </w:pPr>
      <w:r>
        <w:rPr>
          <w:b/>
        </w:rPr>
        <w:t>Читайте свежие отзывы</w:t>
      </w:r>
      <w:r>
        <w:t xml:space="preserve"> именно по этому пункту (глава 2).</w:t>
      </w:r>
    </w:p>
    <w:p>
      <w:pPr>
        <w:pStyle w:val="ListNumber"/>
      </w:pPr>
      <w:r>
        <w:rPr>
          <w:b/>
        </w:rPr>
        <w:t>Начинайте с малого.</w:t>
      </w:r>
      <w:r>
        <w:t xml:space="preserve"> Первый обмен с новым сервисом — небольшой суммой (глава 8).</w:t>
      </w:r>
    </w:p>
    <w:p>
      <w:pPr>
        <w:pStyle w:val="ListNumber"/>
      </w:pPr>
      <w:r>
        <w:rPr>
          <w:b/>
        </w:rPr>
        <w:t>Проверяйте резерв и условия</w:t>
      </w:r>
      <w:r>
        <w:t xml:space="preserve"> до перевода.</w:t>
      </w:r>
    </w:p>
    <w:p>
      <w:pPr>
        <w:pStyle w:val="ListNumber"/>
      </w:pPr>
      <w:r>
        <w:rPr>
          <w:b/>
        </w:rPr>
        <w:t>Не торопитесь.</w:t>
      </w:r>
      <w:r>
        <w:t xml:space="preserve"> Если вас торопят — это само по себе повод остановиться.</w:t>
      </w:r>
    </w:p>
    <w:p>
      <w:pPr>
        <w:pStyle w:val="Heading2"/>
      </w:pPr>
      <w:r>
        <w:t>Здоровая логика</w:t>
      </w:r>
    </w:p>
    <w:p>
      <w:r>
        <w:t xml:space="preserve">Мошенники играют на двух эмоциях: </w:t>
      </w:r>
      <w:r>
        <w:rPr>
          <w:b/>
        </w:rPr>
        <w:t>жадности</w:t>
      </w:r>
      <w:r>
        <w:t xml:space="preserve"> («какой выгодный курс!») и </w:t>
      </w:r>
      <w:r>
        <w:rPr>
          <w:b/>
        </w:rPr>
        <w:t>страхе</w:t>
      </w:r>
      <w:r>
        <w:t xml:space="preserve"> («успей, а то пропадёт»). Если предложение вызывает сильную эмоцию — сделайте паузу. Спокойный, «скучный» обмен по нормальному курсу у проверенного пункта — это и есть правильный обмен.</w:t>
      </w:r>
    </w:p>
    <w:p>
      <w:pPr>
        <w:pStyle w:val="Heading2"/>
      </w:pPr>
      <w:r>
        <w:t>Главное из этой главы</w:t>
      </w:r>
    </w:p>
    <w:p>
      <w:pPr>
        <w:pStyle w:val="ListBullet"/>
      </w:pPr>
      <w:r>
        <w:t xml:space="preserve">Аномально </w:t>
      </w:r>
      <w:r>
        <w:rPr>
          <w:b/>
        </w:rPr>
        <w:t>выгодный курс</w:t>
      </w:r>
      <w:r>
        <w:t xml:space="preserve"> — чаще приманка, чем подарок.</w:t>
      </w:r>
    </w:p>
    <w:p>
      <w:pPr>
        <w:pStyle w:val="ListBullet"/>
      </w:pPr>
      <w:r>
        <w:t xml:space="preserve">Требование </w:t>
      </w:r>
      <w:r>
        <w:rPr>
          <w:b/>
        </w:rPr>
        <w:t>доплатить после перевода</w:t>
      </w:r>
      <w:r>
        <w:t>, чтобы «получить», — почти всегда мошенничество.</w:t>
      </w:r>
    </w:p>
    <w:p>
      <w:pPr>
        <w:pStyle w:val="ListBullet"/>
      </w:pPr>
      <w:r>
        <w:t>Опасны: спешка, давление, отсутствие истории/отзывов, общение только в мессенджере, просьбы о лишних данных.</w:t>
      </w:r>
    </w:p>
    <w:p>
      <w:pPr>
        <w:pStyle w:val="ListBullet"/>
      </w:pPr>
      <w:r>
        <w:t>Защита: мониторинг с рейтингом, свежие отзывы, тест малой суммой, отсутствие спешки.</w:t>
      </w:r>
    </w:p>
    <w:p>
      <w:pPr>
        <w:pStyle w:val="Heading1"/>
      </w:pPr>
      <w:r>
        <w:t>Глава 6. AML-проверка адреса: что это и когда она действительно важна</w:t>
      </w:r>
    </w:p>
    <w:p>
      <w:r>
        <w:t>Слово «AML» звучит сложно, но идея простая. Разберём, что это, зачем и когда стоит тратить на это время.</w:t>
      </w:r>
    </w:p>
    <w:p>
      <w:pPr>
        <w:pStyle w:val="Heading2"/>
      </w:pPr>
      <w:r>
        <w:t>Что такое AML</w:t>
      </w:r>
    </w:p>
    <w:p>
      <w:r>
        <w:rPr>
          <w:b/>
        </w:rPr>
        <w:t>AML</w:t>
      </w:r>
      <w:r>
        <w:t xml:space="preserve"> (от английского </w:t>
      </w:r>
      <w:r>
        <w:rPr>
          <w:i/>
        </w:rPr>
        <w:t>Anti-Money Laundering</w:t>
      </w:r>
      <w:r>
        <w:t xml:space="preserve"> — «противодействие отмыванию денег») — это набор проверок, помогающих понять, не связан ли криптоадрес или транзакция с «грязными» деньгами: мошенничеством, украденными средствами, санкционными списками, даркнетом.</w:t>
      </w:r>
    </w:p>
    <w:p>
      <w:r>
        <w:t xml:space="preserve">Применительно к обычному человеку AML-проверка адреса отвечает на вопрос: </w:t>
      </w:r>
      <w:r>
        <w:rPr>
          <w:b/>
        </w:rPr>
        <w:t>«не рискую ли я, принимая эту криптовалюту или отправляя её на этот адрес?»</w:t>
      </w:r>
      <w:r>
        <w:t xml:space="preserve"> Если монета имеет «плохую историю», её могут заморозить на стороне сервиса-получателя, а вам придётся объясняться.</w:t>
      </w:r>
    </w:p>
    <w:p>
      <w:pPr>
        <w:pStyle w:val="Heading2"/>
      </w:pPr>
      <w:r>
        <w:t>Когда это действительно важно</w:t>
      </w:r>
    </w:p>
    <w:p>
      <w:r>
        <w:t>Не каждая операция требует глубокой проверки. Но есть случаи, когда она оправдана:</w:t>
      </w:r>
    </w:p>
    <w:p>
      <w:pPr>
        <w:pStyle w:val="ListBullet"/>
      </w:pPr>
      <w:r>
        <w:rPr>
          <w:b/>
        </w:rPr>
        <w:t>Перед приёмом крупной суммы</w:t>
      </w:r>
      <w:r>
        <w:t xml:space="preserve"> от малознакомого контрагента.</w:t>
      </w:r>
    </w:p>
    <w:p>
      <w:pPr>
        <w:pStyle w:val="ListBullet"/>
      </w:pPr>
      <w:r>
        <w:rPr>
          <w:b/>
        </w:rPr>
        <w:t>Перед обменом крипты на наличные или банк</w:t>
      </w:r>
      <w:r>
        <w:t xml:space="preserve"> — здесь чувствительность к «чистоте» средств выше.</w:t>
      </w:r>
    </w:p>
    <w:p>
      <w:pPr>
        <w:pStyle w:val="ListBullet"/>
      </w:pPr>
      <w:r>
        <w:rPr>
          <w:b/>
        </w:rPr>
        <w:t>Если контрагент неизвестен</w:t>
      </w:r>
      <w:r>
        <w:t xml:space="preserve"> и вы не уверены в происхождении монет.</w:t>
      </w:r>
    </w:p>
    <w:p>
      <w:r>
        <w:t>Для мелких бытовых операций между проверенными сторонами глубокий AML-скоринг обычно избыточен — достаточно здравого смысла и базовой проверки.</w:t>
      </w:r>
    </w:p>
    <w:p>
      <w:pPr>
        <w:pStyle w:val="Heading2"/>
      </w:pPr>
      <w:r>
        <w:t>Что можно проверить, а что нет</w:t>
      </w:r>
    </w:p>
    <w:p>
      <w:r>
        <w:t xml:space="preserve">Базово можно свериться с </w:t>
      </w:r>
      <w:r>
        <w:rPr>
          <w:b/>
        </w:rPr>
        <w:t>официальными санкционными списками</w:t>
      </w:r>
      <w:r>
        <w:t xml:space="preserve"> (например, публичными списками OFAC) и посмотреть базовые ончейн-данные адреса. Это отсекает самые очевидные проблемы.</w:t>
      </w:r>
    </w:p>
    <w:p>
      <w:r>
        <w:t>Полноценный AML-скоринг (анализ связей адреса с миксерами, скамом, даркнетом) выполняют специализированные сервисы блокчейн-аналитики — обычно платно. Важно понимать разницу: базовая проверка ≠ полный скоринг. Базовая — быстрый фильтр «нет ли адреса в санкциях»; полная — глубокий анализ истории.</w:t>
      </w:r>
    </w:p>
    <w:p>
      <w:pPr>
        <w:pStyle w:val="Heading2"/>
      </w:pPr>
      <w:r>
        <w:t>Главное из этой главы</w:t>
      </w:r>
    </w:p>
    <w:p>
      <w:pPr>
        <w:pStyle w:val="ListBullet"/>
      </w:pPr>
      <w:r>
        <w:rPr>
          <w:b/>
        </w:rPr>
        <w:t>AML-проверка</w:t>
      </w:r>
      <w:r>
        <w:t xml:space="preserve"> отвечает на вопрос: не связан ли адрес/монета с «грязными» деньгами.</w:t>
      </w:r>
    </w:p>
    <w:p>
      <w:pPr>
        <w:pStyle w:val="ListBullet"/>
      </w:pPr>
      <w:r>
        <w:t xml:space="preserve">«Грязные» монеты могут быть </w:t>
      </w:r>
      <w:r>
        <w:rPr>
          <w:b/>
        </w:rPr>
        <w:t>заморожены</w:t>
      </w:r>
      <w:r>
        <w:t xml:space="preserve"> на стороне получателя — отсюда риск.</w:t>
      </w:r>
    </w:p>
    <w:p>
      <w:pPr>
        <w:pStyle w:val="ListBullet"/>
      </w:pPr>
      <w:r>
        <w:t xml:space="preserve">Проверка особенно важна </w:t>
      </w:r>
      <w:r>
        <w:rPr>
          <w:b/>
        </w:rPr>
        <w:t>перед крупной суммой</w:t>
      </w:r>
      <w:r>
        <w:t xml:space="preserve"> и </w:t>
      </w:r>
      <w:r>
        <w:rPr>
          <w:b/>
        </w:rPr>
        <w:t>перед выводом в наличные/банк</w:t>
      </w:r>
      <w:r>
        <w:t>, при неизвестном контрагенте.</w:t>
      </w:r>
    </w:p>
    <w:p>
      <w:pPr>
        <w:pStyle w:val="ListBullet"/>
      </w:pPr>
      <w:r>
        <w:rPr>
          <w:b/>
        </w:rPr>
        <w:t>Базовая</w:t>
      </w:r>
      <w:r>
        <w:t xml:space="preserve"> проверка (санкционные списки, ончейн-данные) ≠ </w:t>
      </w:r>
      <w:r>
        <w:rPr>
          <w:b/>
        </w:rPr>
        <w:t>полный</w:t>
      </w:r>
      <w:r>
        <w:t xml:space="preserve"> AML-скоринг (спец-сервисы, платно).</w:t>
      </w:r>
    </w:p>
    <w:p>
      <w:pPr>
        <w:pStyle w:val="Heading1"/>
      </w:pPr>
      <w:r>
        <w:t>Глава 7. Частые ошибки новичков и как их избежать</w:t>
      </w:r>
    </w:p>
    <w:p>
      <w:r>
        <w:t>Соберём в одном месте типичные грабли — чтобы вы на них не наступили. Многое уже упоминалось в предыдущих главах; здесь — короткий «список для памяти».</w:t>
      </w:r>
    </w:p>
    <w:p>
      <w:pPr>
        <w:pStyle w:val="ListNumber"/>
      </w:pPr>
      <w:r>
        <w:rPr>
          <w:b/>
        </w:rPr>
        <w:t>Не та сеть.</w:t>
      </w:r>
      <w:r>
        <w:t xml:space="preserve"> Отправили USDT в TRC20 на адрес ERC20 — потеряли. </w:t>
      </w:r>
      <w:r>
        <w:rPr>
          <w:i/>
        </w:rPr>
        <w:t>Лечится:</w:t>
      </w:r>
      <w:r>
        <w:t xml:space="preserve"> всегда сверяйте сеть на обеих сторонах (глава 3).</w:t>
      </w:r>
    </w:p>
    <w:p>
      <w:pPr>
        <w:pStyle w:val="ListNumber"/>
      </w:pPr>
      <w:r>
        <w:rPr>
          <w:b/>
        </w:rPr>
        <w:t>Погоня за лучшим курсом любой ценой.</w:t>
      </w:r>
      <w:r>
        <w:t xml:space="preserve"> Аномальный курс — часто приманка. </w:t>
      </w:r>
      <w:r>
        <w:rPr>
          <w:i/>
        </w:rPr>
        <w:t>Лечится:</w:t>
      </w:r>
      <w:r>
        <w:t xml:space="preserve"> смотрите на совокупность (курс + резерв + рейтинг), не спешите (главы 2, 5).</w:t>
      </w:r>
    </w:p>
    <w:p>
      <w:pPr>
        <w:pStyle w:val="ListNumber"/>
      </w:pPr>
      <w:r>
        <w:rPr>
          <w:b/>
        </w:rPr>
        <w:t>Обмен по ссылке из личных сообщений или рекламы.</w:t>
      </w:r>
      <w:r>
        <w:t xml:space="preserve"> </w:t>
      </w:r>
      <w:r>
        <w:rPr>
          <w:i/>
        </w:rPr>
        <w:t>Лечится:</w:t>
      </w:r>
      <w:r>
        <w:t xml:space="preserve"> выбирайте через мониторинг с рейтингом (глава 5).</w:t>
      </w:r>
    </w:p>
    <w:p>
      <w:pPr>
        <w:pStyle w:val="ListNumber"/>
      </w:pPr>
      <w:r>
        <w:rPr>
          <w:b/>
        </w:rPr>
        <w:t>Крупная сумма первым же обменом</w:t>
      </w:r>
      <w:r>
        <w:t xml:space="preserve"> с новым сервисом. </w:t>
      </w:r>
      <w:r>
        <w:rPr>
          <w:i/>
        </w:rPr>
        <w:t>Лечится:</w:t>
      </w:r>
      <w:r>
        <w:t xml:space="preserve"> сначала тест малой суммой (глава 8).</w:t>
      </w:r>
    </w:p>
    <w:p>
      <w:pPr>
        <w:pStyle w:val="ListNumber"/>
      </w:pPr>
      <w:r>
        <w:rPr>
          <w:b/>
        </w:rPr>
        <w:t>Ошибка в адресе/реквизитах.</w:t>
      </w:r>
      <w:r>
        <w:t xml:space="preserve"> Один неверный символ — и деньги ушли не туда. </w:t>
      </w:r>
      <w:r>
        <w:rPr>
          <w:i/>
        </w:rPr>
        <w:t>Лечится:</w:t>
      </w:r>
      <w:r>
        <w:t xml:space="preserve"> копируйте адрес, не набирайте вручную; проверяйте первые и последние символы; используйте QR, где это уместно.</w:t>
      </w:r>
    </w:p>
    <w:p>
      <w:pPr>
        <w:pStyle w:val="ListNumber"/>
      </w:pPr>
      <w:r>
        <w:rPr>
          <w:b/>
        </w:rPr>
        <w:t>Игнор резерва.</w:t>
      </w:r>
      <w:r>
        <w:t xml:space="preserve"> Заявка не проходит или проходит частично. </w:t>
      </w:r>
      <w:r>
        <w:rPr>
          <w:i/>
        </w:rPr>
        <w:t>Лечится:</w:t>
      </w:r>
      <w:r>
        <w:t xml:space="preserve"> сверяйте резерв с суммой заранее (глава 2).</w:t>
      </w:r>
    </w:p>
    <w:p>
      <w:pPr>
        <w:pStyle w:val="ListNumber"/>
      </w:pPr>
      <w:r>
        <w:rPr>
          <w:b/>
        </w:rPr>
        <w:t>Доплата «чтобы получить».</w:t>
      </w:r>
      <w:r>
        <w:t xml:space="preserve"> </w:t>
      </w:r>
      <w:r>
        <w:rPr>
          <w:i/>
        </w:rPr>
        <w:t>Лечится:</w:t>
      </w:r>
      <w:r>
        <w:t xml:space="preserve"> никогда не доплачивайте после перевода ради «разблокировки» — это мошенничество (глава 5).</w:t>
      </w:r>
    </w:p>
    <w:p>
      <w:pPr>
        <w:pStyle w:val="ListNumber"/>
      </w:pPr>
      <w:r>
        <w:rPr>
          <w:b/>
        </w:rPr>
        <w:t>Спешка под давлением.</w:t>
      </w:r>
      <w:r>
        <w:t xml:space="preserve"> </w:t>
      </w:r>
      <w:r>
        <w:rPr>
          <w:i/>
        </w:rPr>
        <w:t>Лечится:</w:t>
      </w:r>
      <w:r>
        <w:t xml:space="preserve"> если торопят — остановитесь; нормальный обмен подождёт минуту.</w:t>
      </w:r>
    </w:p>
    <w:p>
      <w:pPr>
        <w:pStyle w:val="ListNumber"/>
      </w:pPr>
      <w:r>
        <w:rPr>
          <w:b/>
        </w:rPr>
        <w:t>Хранение всего в одном месте / одном стейблкоине долго.</w:t>
      </w:r>
      <w:r>
        <w:t xml:space="preserve"> </w:t>
      </w:r>
      <w:r>
        <w:rPr>
          <w:i/>
        </w:rPr>
        <w:t>Лечится:</w:t>
      </w:r>
      <w:r>
        <w:t xml:space="preserve"> не держите крупные суммы «на потом» без нужды; помните про депег (глава 4).</w:t>
      </w:r>
    </w:p>
    <w:p>
      <w:pPr>
        <w:pStyle w:val="ListNumber"/>
      </w:pPr>
      <w:r>
        <w:rPr>
          <w:b/>
        </w:rPr>
        <w:t>Отсутствие записи операции.</w:t>
      </w:r>
      <w:r>
        <w:t xml:space="preserve"> </w:t>
      </w:r>
      <w:r>
        <w:rPr>
          <w:i/>
        </w:rPr>
        <w:t>Лечится:</w:t>
      </w:r>
      <w:r>
        <w:t xml:space="preserve"> сохраняйте номер заявки, скриншоты, хэш транзакции — пригодится в спорной ситуации.</w:t>
      </w:r>
    </w:p>
    <w:p>
      <w:pPr>
        <w:pStyle w:val="Heading2"/>
      </w:pPr>
      <w:r>
        <w:t>Главное из этой главы</w:t>
      </w:r>
    </w:p>
    <w:p>
      <w:pPr>
        <w:pStyle w:val="ListBullet"/>
      </w:pPr>
      <w:r>
        <w:t>Большинство потерь новичка — не «рынок», а простые ошибки: сеть, спешка, невнимательность, доверие «выгодному» и «срочному».</w:t>
      </w:r>
    </w:p>
    <w:p>
      <w:pPr>
        <w:pStyle w:val="ListBullet"/>
      </w:pPr>
      <w:r>
        <w:t xml:space="preserve">Каждая ошибка лечится одной привычкой: </w:t>
      </w:r>
      <w:r>
        <w:rPr>
          <w:b/>
        </w:rPr>
        <w:t>проверять и не торопиться.</w:t>
      </w:r>
    </w:p>
    <w:p>
      <w:pPr>
        <w:pStyle w:val="Heading1"/>
      </w:pPr>
      <w:r>
        <w:t>Глава 8. Пошагово: ваш первый безопасный обмен</w:t>
      </w:r>
    </w:p>
    <w:p>
      <w:r>
        <w:t>Соберём всё вместе в понятный чек-лист. Пройдите по нему в первый раз — и дальше это войдёт в привычку.</w:t>
      </w:r>
    </w:p>
    <w:p>
      <w:pPr>
        <w:pStyle w:val="Heading2"/>
      </w:pPr>
      <w:r>
        <w:t>Шаг за шагом</w:t>
      </w:r>
    </w:p>
    <w:p>
      <w:pPr>
        <w:pStyle w:val="ListNumber"/>
      </w:pPr>
      <w:r>
        <w:rPr>
          <w:b/>
        </w:rPr>
        <w:t>Определите направление.</w:t>
      </w:r>
      <w:r>
        <w:t xml:space="preserve"> Точно: что, на что и </w:t>
      </w:r>
      <w:r>
        <w:rPr>
          <w:b/>
        </w:rPr>
        <w:t>в какой сети</w:t>
      </w:r>
      <w:r>
        <w:t>. Пример: «USDT (TRC20) → рубли на карту».</w:t>
      </w:r>
    </w:p>
    <w:p>
      <w:pPr>
        <w:pStyle w:val="ListNumber"/>
      </w:pPr>
      <w:r>
        <w:rPr>
          <w:b/>
        </w:rPr>
        <w:t>Откройте мониторинг</w:t>
      </w:r>
      <w:r>
        <w:t xml:space="preserve"> и выберите это направление.</w:t>
      </w:r>
    </w:p>
    <w:p>
      <w:pPr>
        <w:pStyle w:val="ListNumber"/>
      </w:pPr>
      <w:r>
        <w:rPr>
          <w:b/>
        </w:rPr>
        <w:t>Сравните пункты</w:t>
      </w:r>
      <w:r>
        <w:t xml:space="preserve"> по курсу, резерву и рейтингу (глава 2). Не хватайте верхнюю строчку вслепую.</w:t>
      </w:r>
    </w:p>
    <w:p>
      <w:pPr>
        <w:pStyle w:val="ListNumber"/>
      </w:pPr>
      <w:r>
        <w:rPr>
          <w:b/>
        </w:rPr>
        <w:t>Проверьте условия</w:t>
      </w:r>
      <w:r>
        <w:t xml:space="preserve"> выбранного обменника: минимальная/максимальная сумма, комиссии, требования.</w:t>
      </w:r>
    </w:p>
    <w:p>
      <w:pPr>
        <w:pStyle w:val="ListNumber"/>
      </w:pPr>
      <w:r>
        <w:rPr>
          <w:b/>
        </w:rPr>
        <w:t>Сделайте тест малой суммой</w:t>
      </w:r>
      <w:r>
        <w:t>, если обменник новый для вас или адрес новый. Небольшая потеря на комиссии дешевле, чем потеря всей суммы из-за ошибки.</w:t>
      </w:r>
    </w:p>
    <w:p>
      <w:pPr>
        <w:pStyle w:val="ListNumber"/>
      </w:pPr>
      <w:r>
        <w:rPr>
          <w:b/>
        </w:rPr>
        <w:t>Создайте заявку:</w:t>
      </w:r>
      <w:r>
        <w:t xml:space="preserve"> укажите сумму и реквизиты. </w:t>
      </w:r>
      <w:r>
        <w:rPr>
          <w:b/>
        </w:rPr>
        <w:t>Скопируйте</w:t>
      </w:r>
      <w:r>
        <w:t xml:space="preserve"> адрес/реквизиты, не набирайте руками. Сверьте сеть.</w:t>
      </w:r>
    </w:p>
    <w:p>
      <w:pPr>
        <w:pStyle w:val="ListNumber"/>
      </w:pPr>
      <w:r>
        <w:rPr>
          <w:b/>
        </w:rPr>
        <w:t>Проверьте ещё раз</w:t>
      </w:r>
      <w:r>
        <w:t xml:space="preserve"> перед отправкой: сеть, адрес (первые и последние символы), сумму.</w:t>
      </w:r>
    </w:p>
    <w:p>
      <w:pPr>
        <w:pStyle w:val="ListNumber"/>
      </w:pPr>
      <w:r>
        <w:rPr>
          <w:b/>
        </w:rPr>
        <w:t>Отправьте перевод</w:t>
      </w:r>
      <w:r>
        <w:t xml:space="preserve"> по инструкции обменника.</w:t>
      </w:r>
    </w:p>
    <w:p>
      <w:pPr>
        <w:pStyle w:val="ListNumber"/>
      </w:pPr>
      <w:r>
        <w:rPr>
          <w:b/>
        </w:rPr>
        <w:t>Сохраните</w:t>
      </w:r>
      <w:r>
        <w:t xml:space="preserve"> номер заявки, хэш транзакции, скриншоты.</w:t>
      </w:r>
    </w:p>
    <w:p>
      <w:pPr>
        <w:pStyle w:val="ListNumber"/>
      </w:pPr>
      <w:r>
        <w:rPr>
          <w:b/>
        </w:rPr>
        <w:t>Дождитесь зачисления</w:t>
      </w:r>
      <w:r>
        <w:t xml:space="preserve"> и сверьте, что получили ожидаемое. Если что-то не так — пишите в поддержку обменника с номером заявки.</w:t>
      </w:r>
    </w:p>
    <w:p>
      <w:pPr>
        <w:pStyle w:val="Heading2"/>
      </w:pPr>
      <w:r>
        <w:t>Мини-правила на всю жизнь</w:t>
      </w:r>
    </w:p>
    <w:p>
      <w:pPr>
        <w:pStyle w:val="ListBullet"/>
      </w:pPr>
      <w:r>
        <w:rPr>
          <w:b/>
        </w:rPr>
        <w:t>Не торопитесь.</w:t>
      </w:r>
      <w:r>
        <w:t xml:space="preserve"> Спешка — главный союзник ошибок и мошенников.</w:t>
      </w:r>
    </w:p>
    <w:p>
      <w:pPr>
        <w:pStyle w:val="ListBullet"/>
      </w:pPr>
      <w:r>
        <w:rPr>
          <w:b/>
        </w:rPr>
        <w:t>Тест малой суммой</w:t>
      </w:r>
      <w:r>
        <w:t xml:space="preserve"> — дешёвая страховка.</w:t>
      </w:r>
    </w:p>
    <w:p>
      <w:pPr>
        <w:pStyle w:val="ListBullet"/>
      </w:pPr>
      <w:r>
        <w:rPr>
          <w:b/>
        </w:rPr>
        <w:t>Сверяйте сеть</w:t>
      </w:r>
      <w:r>
        <w:t xml:space="preserve"> каждый раз.</w:t>
      </w:r>
    </w:p>
    <w:p>
      <w:pPr>
        <w:pStyle w:val="ListBullet"/>
      </w:pPr>
      <w:r>
        <w:rPr>
          <w:b/>
        </w:rPr>
        <w:t>Записывайте</w:t>
      </w:r>
      <w:r>
        <w:t xml:space="preserve"> операции.</w:t>
      </w:r>
    </w:p>
    <w:p>
      <w:pPr>
        <w:pStyle w:val="Heading2"/>
      </w:pPr>
      <w:r>
        <w:t>Главное из этой главы</w:t>
      </w:r>
    </w:p>
    <w:p>
      <w:pPr>
        <w:pStyle w:val="ListBullet"/>
      </w:pPr>
      <w:r>
        <w:t>Безопасный обмен — это дисциплина из десяти простых шагов, а не удача.</w:t>
      </w:r>
    </w:p>
    <w:p>
      <w:pPr>
        <w:pStyle w:val="ListBullet"/>
      </w:pPr>
      <w:r>
        <w:t xml:space="preserve">Ключевые страховки: </w:t>
      </w:r>
      <w:r>
        <w:rPr>
          <w:b/>
        </w:rPr>
        <w:t>сравнение через мониторинг, тест малой суммой, проверка сети и адреса, запись операции.</w:t>
      </w:r>
    </w:p>
    <w:p>
      <w:pPr>
        <w:pStyle w:val="Heading1"/>
      </w:pPr>
      <w:r>
        <w:t>Глава 9. Словарь терминов и чек-листы</w:t>
      </w:r>
    </w:p>
    <w:p>
      <w:pPr>
        <w:pStyle w:val="Heading2"/>
      </w:pPr>
      <w:r>
        <w:t>Короткий словарь</w:t>
      </w:r>
    </w:p>
    <w:p>
      <w:pPr>
        <w:pStyle w:val="ListBullet"/>
      </w:pPr>
      <w:r>
        <w:rPr>
          <w:b/>
        </w:rPr>
        <w:t>Обменник (обменный пункт)</w:t>
      </w:r>
      <w:r>
        <w:t xml:space="preserve"> — сервис, меняющий один актив на другой по своему курсу.</w:t>
      </w:r>
    </w:p>
    <w:p>
      <w:pPr>
        <w:pStyle w:val="ListBullet"/>
      </w:pPr>
      <w:r>
        <w:rPr>
          <w:b/>
        </w:rPr>
        <w:t>Мониторинг</w:t>
      </w:r>
      <w:r>
        <w:t xml:space="preserve"> — агрегатор, собирающий курсы обменников в одном месте.</w:t>
      </w:r>
    </w:p>
    <w:p>
      <w:pPr>
        <w:pStyle w:val="ListBullet"/>
      </w:pPr>
      <w:r>
        <w:rPr>
          <w:b/>
        </w:rPr>
        <w:t>Курс</w:t>
      </w:r>
      <w:r>
        <w:t xml:space="preserve"> — сколько дают за единицу актива.</w:t>
      </w:r>
    </w:p>
    <w:p>
      <w:pPr>
        <w:pStyle w:val="ListBullet"/>
      </w:pPr>
      <w:r>
        <w:rPr>
          <w:b/>
        </w:rPr>
        <w:t>Спред</w:t>
      </w:r>
      <w:r>
        <w:t xml:space="preserve"> — разница между курсом покупки и продажи; заработок обменника.</w:t>
      </w:r>
    </w:p>
    <w:p>
      <w:pPr>
        <w:pStyle w:val="ListBullet"/>
      </w:pPr>
      <w:r>
        <w:rPr>
          <w:b/>
        </w:rPr>
        <w:t>Резерв</w:t>
      </w:r>
      <w:r>
        <w:t xml:space="preserve"> — сколько актива обменник готов выдать сейчас.</w:t>
      </w:r>
    </w:p>
    <w:p>
      <w:pPr>
        <w:pStyle w:val="ListBullet"/>
      </w:pPr>
      <w:r>
        <w:rPr>
          <w:b/>
        </w:rPr>
        <w:t>Сеть (блокчейн)</w:t>
      </w:r>
      <w:r>
        <w:t xml:space="preserve"> — «дорога», по которой ходит монета (TRC20, ERC20, BEP20, TON…).</w:t>
      </w:r>
    </w:p>
    <w:p>
      <w:pPr>
        <w:pStyle w:val="ListBullet"/>
      </w:pPr>
      <w:r>
        <w:rPr>
          <w:b/>
        </w:rPr>
        <w:t>Комиссия сети</w:t>
      </w:r>
      <w:r>
        <w:t xml:space="preserve"> — плата за перевод, идёт сети, а не обменнику.</w:t>
      </w:r>
    </w:p>
    <w:p>
      <w:pPr>
        <w:pStyle w:val="ListBullet"/>
      </w:pPr>
      <w:r>
        <w:rPr>
          <w:b/>
        </w:rPr>
        <w:t>Стейблкоин</w:t>
      </w:r>
      <w:r>
        <w:t xml:space="preserve"> — криптовалюта, привязанная к доллару (USDT, USDC).</w:t>
      </w:r>
    </w:p>
    <w:p>
      <w:pPr>
        <w:pStyle w:val="ListBullet"/>
      </w:pPr>
      <w:r>
        <w:rPr>
          <w:b/>
        </w:rPr>
        <w:t>Депег</w:t>
      </w:r>
      <w:r>
        <w:t xml:space="preserve"> — отклонение стейблкоина от привязки к доллару.</w:t>
      </w:r>
    </w:p>
    <w:p>
      <w:pPr>
        <w:pStyle w:val="ListBullet"/>
      </w:pPr>
      <w:r>
        <w:rPr>
          <w:b/>
        </w:rPr>
        <w:t>AML</w:t>
      </w:r>
      <w:r>
        <w:t xml:space="preserve"> — проверка на связь адреса/монеты с «грязными» деньгами.</w:t>
      </w:r>
    </w:p>
    <w:p>
      <w:pPr>
        <w:pStyle w:val="ListBullet"/>
      </w:pPr>
      <w:r>
        <w:rPr>
          <w:b/>
        </w:rPr>
        <w:t>Хэш транзакции</w:t>
      </w:r>
      <w:r>
        <w:t xml:space="preserve"> — уникальный идентификатор перевода в сети.</w:t>
      </w:r>
    </w:p>
    <w:p>
      <w:pPr>
        <w:pStyle w:val="Heading2"/>
      </w:pPr>
      <w:r>
        <w:t>Чек-лист перед обменом</w:t>
      </w:r>
    </w:p>
    <w:p>
      <w:pPr>
        <w:pStyle w:val="ListBullet"/>
      </w:pPr>
      <w:r>
        <w:t xml:space="preserve">Направление и </w:t>
      </w:r>
      <w:r>
        <w:rPr>
          <w:b/>
        </w:rPr>
        <w:t>сеть</w:t>
      </w:r>
      <w:r>
        <w:t xml:space="preserve"> определены точно.</w:t>
      </w:r>
    </w:p>
    <w:p>
      <w:pPr>
        <w:pStyle w:val="ListBullet"/>
      </w:pPr>
      <w:r>
        <w:t xml:space="preserve">Пункт выбран через мониторинг по </w:t>
      </w:r>
      <w:r>
        <w:rPr>
          <w:b/>
        </w:rPr>
        <w:t>курсу + резерву + рейтингу</w:t>
      </w:r>
      <w:r>
        <w:t>.</w:t>
      </w:r>
    </w:p>
    <w:p>
      <w:pPr>
        <w:pStyle w:val="ListBullet"/>
      </w:pPr>
      <w:r>
        <w:rPr>
          <w:b/>
        </w:rPr>
        <w:t>Резерв</w:t>
      </w:r>
      <w:r>
        <w:t xml:space="preserve"> покрывает сумму с запасом.</w:t>
      </w:r>
    </w:p>
    <w:p>
      <w:pPr>
        <w:pStyle w:val="ListBullet"/>
      </w:pPr>
      <w:r>
        <w:t xml:space="preserve">Прочитаны </w:t>
      </w:r>
      <w:r>
        <w:rPr>
          <w:b/>
        </w:rPr>
        <w:t>свежие отзывы</w:t>
      </w:r>
      <w:r>
        <w:t xml:space="preserve"> по пункту.</w:t>
      </w:r>
    </w:p>
    <w:p>
      <w:pPr>
        <w:pStyle w:val="ListBullet"/>
      </w:pPr>
      <w:r>
        <w:t xml:space="preserve">При новом сервисе/адресе — </w:t>
      </w:r>
      <w:r>
        <w:rPr>
          <w:b/>
        </w:rPr>
        <w:t>тест малой суммой</w:t>
      </w:r>
      <w:r>
        <w:t>.</w:t>
      </w:r>
    </w:p>
    <w:p>
      <w:pPr>
        <w:pStyle w:val="ListBullet"/>
      </w:pPr>
      <w:r>
        <w:t xml:space="preserve">Адрес/реквизиты </w:t>
      </w:r>
      <w:r>
        <w:rPr>
          <w:b/>
        </w:rPr>
        <w:t>скопированы</w:t>
      </w:r>
      <w:r>
        <w:t>, сеть сверена, сумма проверена.</w:t>
      </w:r>
    </w:p>
    <w:p>
      <w:pPr>
        <w:pStyle w:val="ListBullet"/>
      </w:pPr>
      <w:r>
        <w:t xml:space="preserve">Нет </w:t>
      </w:r>
      <w:r>
        <w:rPr>
          <w:b/>
        </w:rPr>
        <w:t>спешки</w:t>
      </w:r>
      <w:r>
        <w:t xml:space="preserve"> и требований «доплатить, чтобы получить».</w:t>
      </w:r>
    </w:p>
    <w:p>
      <w:pPr>
        <w:pStyle w:val="ListBullet"/>
      </w:pPr>
      <w:r>
        <w:t xml:space="preserve">Сохранены </w:t>
      </w:r>
      <w:r>
        <w:rPr>
          <w:b/>
        </w:rPr>
        <w:t>номер заявки и хэш</w:t>
      </w:r>
      <w:r>
        <w:t>.</w:t>
      </w:r>
    </w:p>
    <w:p>
      <w:pPr>
        <w:pStyle w:val="Heading2"/>
      </w:pPr>
      <w:r>
        <w:t>Чек-лист «красные флаги»</w:t>
      </w:r>
    </w:p>
    <w:p>
      <w:pPr>
        <w:pStyle w:val="ListBullet"/>
      </w:pPr>
      <w:r>
        <w:t>Курс аномально выгодный.</w:t>
      </w:r>
    </w:p>
    <w:p>
      <w:pPr>
        <w:pStyle w:val="ListBullet"/>
      </w:pPr>
      <w:r>
        <w:t>Нет истории/отзывов.</w:t>
      </w:r>
    </w:p>
    <w:p>
      <w:pPr>
        <w:pStyle w:val="ListBullet"/>
      </w:pPr>
      <w:r>
        <w:t>Давят на срочность.</w:t>
      </w:r>
    </w:p>
    <w:p>
      <w:pPr>
        <w:pStyle w:val="ListBullet"/>
      </w:pPr>
      <w:r>
        <w:t>Просят доплату после перевода.</w:t>
      </w:r>
    </w:p>
    <w:p>
      <w:pPr>
        <w:pStyle w:val="ListBullet"/>
      </w:pPr>
      <w:r>
        <w:t>Общение только в мессенджере.</w:t>
      </w:r>
    </w:p>
    <w:p>
      <w:pPr>
        <w:pStyle w:val="ListBullet"/>
      </w:pPr>
      <w:r>
        <w:t>Просят пароли/доступы/коды.</w:t>
      </w:r>
    </w:p>
    <w:p>
      <w:r>
        <w:t>Если отмечено хоть что-то из «красных флагов» — остановитесь и перепроверьте.</w:t>
      </w:r>
    </w:p>
    <w:p>
      <w:pPr>
        <w:pStyle w:val="Heading1"/>
      </w:pPr>
      <w:r>
        <w:t>Глава 10. Полезные ресурсы</w:t>
      </w:r>
    </w:p>
    <w:p>
      <w:r>
        <w:rPr>
          <w:i/>
        </w:rPr>
        <w:t>В этом разделе — практические инструменты и адреса. Всё, что связано с внешними ресурсами и контактами, собрано здесь намеренно: основная часть книги свободна от рекламы и ссылок.</w:t>
      </w:r>
    </w:p>
    <w:p>
      <w:pPr>
        <w:pStyle w:val="Heading2"/>
      </w:pPr>
      <w:r>
        <w:t>Инструмент, на котором построена книга</w:t>
      </w:r>
    </w:p>
    <w:p>
      <w:r>
        <w:t xml:space="preserve">Книга подготовлена автором в рамках проекта </w:t>
      </w:r>
      <w:r>
        <w:rPr>
          <w:b/>
        </w:rPr>
        <w:t>RateScout</w:t>
      </w:r>
      <w:r>
        <w:t xml:space="preserve"> — сервиса мониторинга курсов обмена. RateScout собирает курсы обменных пунктов по сотням направлений, показывает резерв и рейтинг, помогает выбрать выгодный и надёжный обмен, а также даёт базовую AML-проверку криптоадреса.</w:t>
      </w:r>
    </w:p>
    <w:p>
      <w:r>
        <w:t>Актуальные курсы и инструменты доступны на сайте проекта:</w:t>
      </w:r>
    </w:p>
    <w:p>
      <w:r>
        <w:rPr>
          <w:b/>
        </w:rPr>
        <w:t>RateScout — ratescout.ru</w:t>
      </w:r>
    </w:p>
    <w:p>
      <w:pPr>
        <w:pStyle w:val="Heading2"/>
      </w:pPr>
      <w:r>
        <w:t>Об авторе</w:t>
      </w:r>
    </w:p>
    <w:p>
      <w:r>
        <w:rPr>
          <w:b/>
        </w:rPr>
        <w:t>Семенцул Максим</w:t>
      </w:r>
      <w:r>
        <w:t xml:space="preserve"> — автор проекта RateScout, посвящённого мониторингу курсов обмена криптовалют и денег. Много лет наблюдает за рынком обмена и делится практическими знаниями, помогающими менять активы выгодно и безопасно.</w:t>
      </w:r>
    </w:p>
    <w:p>
      <w:pPr>
        <w:pStyle w:val="Heading2"/>
      </w:pPr>
      <w:r>
        <w:t>Напоследок</w:t>
      </w:r>
    </w:p>
    <w:p>
      <w:r>
        <w:t xml:space="preserve">Криптовалюта прощает знания и наказывает спешку. Если из всей книги вы запомните три вещи — пусть это будут: </w:t>
      </w:r>
      <w:r>
        <w:rPr>
          <w:b/>
        </w:rPr>
        <w:t>сверяйте сеть, не торопитесь, тестируйте малой суммой.</w:t>
      </w:r>
      <w:r>
        <w:t xml:space="preserve"> Этого достаточно, чтобы не оказаться среди тех, кто «потерял на ровном месте».</w:t>
      </w:r>
    </w:p>
    <w:p>
      <w:r>
        <w:t>Удачных и спокойных обменов.</w:t>
      </w:r>
    </w:p>
    <w:p>
      <w:r>
        <w:rPr>
          <w:i/>
        </w:rPr>
        <w:t>© Семенцул Максим. Книга носит образовательный характер и не является финансовой, инвестиционной, налоговой или юридической рекомендацией. 18+. Правовой статус криптовалют различается по странам; читатель отвечает за соблюдение законодательства своей юрисдикции.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